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876FD" w14:textId="77777777" w:rsidR="00E97921" w:rsidRDefault="00E97921">
      <w:pPr>
        <w:spacing w:after="0"/>
        <w:jc w:val="center"/>
        <w:rPr>
          <w:b/>
          <w:sz w:val="22"/>
        </w:rPr>
      </w:pPr>
    </w:p>
    <w:p w14:paraId="25578795" w14:textId="77777777" w:rsidR="00E97921" w:rsidRDefault="00E97921" w:rsidP="00206619">
      <w:pPr>
        <w:spacing w:after="0"/>
        <w:rPr>
          <w:b/>
          <w:sz w:val="22"/>
        </w:rPr>
      </w:pPr>
    </w:p>
    <w:p w14:paraId="5442CADC" w14:textId="1BF5663D" w:rsidR="00E97921" w:rsidRDefault="00206619">
      <w:pPr>
        <w:spacing w:after="0"/>
        <w:jc w:val="center"/>
        <w:rPr>
          <w:b/>
          <w:sz w:val="22"/>
        </w:rPr>
      </w:pPr>
      <w:r w:rsidRPr="00E97921">
        <w:rPr>
          <w:rFonts w:cs="Times New Roman (Body CS)"/>
          <w:noProof/>
          <w:sz w:val="22"/>
        </w:rPr>
        <w:drawing>
          <wp:inline distT="0" distB="0" distL="0" distR="0" wp14:anchorId="3060052F" wp14:editId="6EB39970">
            <wp:extent cx="1249379" cy="1249379"/>
            <wp:effectExtent l="0" t="0" r="0" b="0"/>
            <wp:docPr id="9375595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559549" name="Picture 93755954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86361" cy="1286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47A09A" w14:textId="7BD1E487" w:rsidR="00456540" w:rsidRPr="00E97921" w:rsidRDefault="00720EB9">
      <w:pPr>
        <w:spacing w:after="0"/>
        <w:jc w:val="center"/>
        <w:rPr>
          <w:sz w:val="22"/>
        </w:rPr>
      </w:pPr>
      <w:r w:rsidRPr="00E97921">
        <w:rPr>
          <w:b/>
          <w:sz w:val="22"/>
        </w:rPr>
        <w:t>SCHOOL PICTURE DAY</w:t>
      </w:r>
    </w:p>
    <w:p w14:paraId="039502C9" w14:textId="24D03B50" w:rsidR="00456540" w:rsidRPr="00E97921" w:rsidRDefault="00456540">
      <w:pPr>
        <w:spacing w:after="80"/>
        <w:jc w:val="center"/>
        <w:rPr>
          <w:rFonts w:cs="Times New Roman (Body CS)"/>
          <w:sz w:val="22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472"/>
        <w:gridCol w:w="5472"/>
      </w:tblGrid>
      <w:tr w:rsidR="00456540" w:rsidRPr="00E97921" w14:paraId="08E13937" w14:textId="77777777">
        <w:trPr>
          <w:jc w:val="center"/>
        </w:trPr>
        <w:tc>
          <w:tcPr>
            <w:tcW w:w="5472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69885E8" w14:textId="49E99F93" w:rsidR="00456540" w:rsidRPr="00E97921" w:rsidRDefault="00720EB9">
            <w:pPr>
              <w:rPr>
                <w:rFonts w:cs="Times New Roman (Body CS)"/>
                <w:sz w:val="22"/>
              </w:rPr>
            </w:pPr>
            <w:r w:rsidRPr="00E97921">
              <w:rPr>
                <w:rFonts w:cs="Times New Roman (Body CS)"/>
                <w:sz w:val="22"/>
              </w:rPr>
              <w:t xml:space="preserve">PICTURE DAY: </w:t>
            </w:r>
            <w:r w:rsidR="007B64AC">
              <w:rPr>
                <w:rFonts w:cs="Times New Roman (Body CS)"/>
                <w:sz w:val="22"/>
              </w:rPr>
              <w:t xml:space="preserve"> </w:t>
            </w:r>
            <w:r w:rsidR="007B64AC" w:rsidRPr="007B64AC">
              <w:rPr>
                <w:rFonts w:cs="Times New Roman (Body CS)"/>
                <w:color w:val="FF0000"/>
                <w:sz w:val="22"/>
              </w:rPr>
              <w:t xml:space="preserve">SEPTEMBER </w:t>
            </w:r>
            <w:r w:rsidR="00C60C77">
              <w:rPr>
                <w:rFonts w:cs="Times New Roman (Body CS)"/>
                <w:color w:val="FF0000"/>
                <w:sz w:val="22"/>
              </w:rPr>
              <w:t>21</w:t>
            </w:r>
          </w:p>
        </w:tc>
        <w:tc>
          <w:tcPr>
            <w:tcW w:w="5472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455C131" w14:textId="77777777" w:rsidR="00456540" w:rsidRPr="00E97921" w:rsidRDefault="00720EB9">
            <w:pPr>
              <w:rPr>
                <w:rFonts w:cs="Times New Roman (Body CS)"/>
                <w:sz w:val="22"/>
              </w:rPr>
            </w:pPr>
            <w:r w:rsidRPr="00E97921">
              <w:rPr>
                <w:rFonts w:cs="Times New Roman (Body CS)"/>
                <w:sz w:val="22"/>
              </w:rPr>
              <w:t>ORDER DEADLINE: See your proof/order form</w:t>
            </w:r>
          </w:p>
        </w:tc>
      </w:tr>
    </w:tbl>
    <w:p w14:paraId="435CA03D" w14:textId="77777777" w:rsidR="00456540" w:rsidRPr="00E97921" w:rsidRDefault="00456540">
      <w:pPr>
        <w:spacing w:after="20"/>
        <w:rPr>
          <w:rFonts w:cs="Times New Roman (Body CS)"/>
          <w:sz w:val="22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472"/>
        <w:gridCol w:w="5472"/>
      </w:tblGrid>
      <w:tr w:rsidR="00456540" w:rsidRPr="00E97921" w14:paraId="3276C451" w14:textId="77777777">
        <w:trPr>
          <w:jc w:val="center"/>
        </w:trPr>
        <w:tc>
          <w:tcPr>
            <w:tcW w:w="5472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37C12E9" w14:textId="439B68B0" w:rsidR="00456540" w:rsidRPr="00E97921" w:rsidRDefault="00720EB9" w:rsidP="00515B3C">
            <w:pPr>
              <w:spacing w:after="40"/>
              <w:jc w:val="center"/>
              <w:rPr>
                <w:rFonts w:cs="Times New Roman (Body CS)"/>
                <w:sz w:val="22"/>
              </w:rPr>
            </w:pPr>
            <w:r w:rsidRPr="00E97921">
              <w:rPr>
                <w:rFonts w:cs="Times New Roman (Body CS)"/>
                <w:sz w:val="22"/>
              </w:rPr>
              <w:t>PORTRAIT SITTING</w:t>
            </w:r>
            <w:r w:rsidR="00206619">
              <w:rPr>
                <w:rFonts w:cs="Times New Roman (Body CS)"/>
                <w:sz w:val="22"/>
              </w:rPr>
              <w:t>/</w:t>
            </w:r>
            <w:r w:rsidRPr="00E97921">
              <w:rPr>
                <w:rFonts w:cs="Times New Roman (Body CS)"/>
                <w:sz w:val="22"/>
              </w:rPr>
              <w:t>ORDERING</w:t>
            </w:r>
          </w:p>
          <w:p w14:paraId="59EE4AD0" w14:textId="77777777" w:rsidR="00456540" w:rsidRPr="00E97921" w:rsidRDefault="00720EB9">
            <w:pPr>
              <w:spacing w:after="60"/>
              <w:rPr>
                <w:rFonts w:cs="Times New Roman (Body CS)"/>
                <w:sz w:val="22"/>
              </w:rPr>
            </w:pPr>
            <w:r w:rsidRPr="00E97921">
              <w:rPr>
                <w:rFonts w:cs="Times New Roman (Body CS)"/>
                <w:sz w:val="22"/>
              </w:rPr>
              <w:t>We are excited to photograph your child this school year! Adams Photography Inc. takes pride in creating professional, high-quality school portraits at an affordable price.</w:t>
            </w:r>
          </w:p>
          <w:p w14:paraId="25B8E30F" w14:textId="77777777" w:rsidR="00456540" w:rsidRPr="00E97921" w:rsidRDefault="00720EB9">
            <w:pPr>
              <w:spacing w:after="60"/>
              <w:rPr>
                <w:rFonts w:cs="Times New Roman (Body CS)"/>
                <w:sz w:val="22"/>
              </w:rPr>
            </w:pPr>
            <w:r w:rsidRPr="00E97921">
              <w:rPr>
                <w:rFonts w:cs="Times New Roman (Body CS)"/>
                <w:sz w:val="22"/>
              </w:rPr>
              <w:t>Proofs and order forms will be returned to the school approximately two weeks after picture day. Portraits will be delivered within approximately four weeks after your school order is placed.</w:t>
            </w:r>
          </w:p>
          <w:p w14:paraId="40EB7397" w14:textId="77777777" w:rsidR="00456540" w:rsidRPr="00E97921" w:rsidRDefault="00720EB9">
            <w:pPr>
              <w:spacing w:after="60"/>
              <w:rPr>
                <w:rFonts w:cs="Times New Roman (Body CS)"/>
                <w:sz w:val="22"/>
              </w:rPr>
            </w:pPr>
            <w:r w:rsidRPr="00E97921">
              <w:rPr>
                <w:rFonts w:cs="Times New Roman (Body CS)"/>
                <w:sz w:val="22"/>
              </w:rPr>
              <w:t>Orders may be placed online, or by cash, cheque, or credit card at our studio.</w:t>
            </w:r>
          </w:p>
          <w:p w14:paraId="23BE4A17" w14:textId="77777777" w:rsidR="00456540" w:rsidRPr="00E97921" w:rsidRDefault="00720EB9">
            <w:pPr>
              <w:spacing w:after="60"/>
              <w:rPr>
                <w:rFonts w:cs="Times New Roman (Body CS)"/>
                <w:sz w:val="22"/>
              </w:rPr>
            </w:pPr>
            <w:r w:rsidRPr="00E97921">
              <w:rPr>
                <w:rFonts w:cs="Times New Roman (Body CS)"/>
                <w:sz w:val="22"/>
              </w:rPr>
              <w:t>PLEASE DON'T MISS THE DEADLINE! Late orders are not processed with the original school order and may be delayed an additional 4–6 weeks.</w:t>
            </w:r>
          </w:p>
        </w:tc>
        <w:tc>
          <w:tcPr>
            <w:tcW w:w="5472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62D0CDA" w14:textId="3C0C0839" w:rsidR="00456540" w:rsidRPr="00E97921" w:rsidRDefault="00720EB9" w:rsidP="00515B3C">
            <w:pPr>
              <w:spacing w:after="40"/>
              <w:jc w:val="center"/>
              <w:rPr>
                <w:rFonts w:cs="Times New Roman (Body CS)"/>
                <w:sz w:val="22"/>
              </w:rPr>
            </w:pPr>
            <w:r w:rsidRPr="00E97921">
              <w:rPr>
                <w:rFonts w:cs="Times New Roman (Body CS)"/>
                <w:sz w:val="22"/>
              </w:rPr>
              <w:t>RETAKE / RE-SHOOT DAY</w:t>
            </w:r>
          </w:p>
          <w:p w14:paraId="1952DF63" w14:textId="77777777" w:rsidR="00456540" w:rsidRPr="00E97921" w:rsidRDefault="00720EB9">
            <w:pPr>
              <w:spacing w:after="60"/>
              <w:rPr>
                <w:rFonts w:cs="Times New Roman (Body CS)"/>
                <w:sz w:val="22"/>
              </w:rPr>
            </w:pPr>
            <w:r w:rsidRPr="00E97921">
              <w:rPr>
                <w:rFonts w:cs="Times New Roman (Body CS)"/>
                <w:sz w:val="22"/>
              </w:rPr>
              <w:t>Retakes are available for students who were absent on picture day, or where there was a poor expression or closed eyes.</w:t>
            </w:r>
          </w:p>
          <w:p w14:paraId="1B50AACA" w14:textId="77777777" w:rsidR="00456540" w:rsidRPr="00E97921" w:rsidRDefault="00720EB9">
            <w:pPr>
              <w:spacing w:after="60"/>
              <w:rPr>
                <w:rFonts w:cs="Times New Roman (Body CS)"/>
                <w:sz w:val="22"/>
              </w:rPr>
            </w:pPr>
            <w:r w:rsidRPr="00E97921">
              <w:rPr>
                <w:rFonts w:cs="Times New Roman (Body CS)"/>
                <w:sz w:val="22"/>
              </w:rPr>
              <w:t>The retake date will be arranged with the school and communicated to families.</w:t>
            </w:r>
          </w:p>
          <w:p w14:paraId="00B4C85A" w14:textId="77777777" w:rsidR="00456540" w:rsidRPr="00E97921" w:rsidRDefault="00720EB9">
            <w:pPr>
              <w:spacing w:after="60"/>
              <w:rPr>
                <w:rFonts w:cs="Times New Roman (Body CS)"/>
                <w:sz w:val="22"/>
              </w:rPr>
            </w:pPr>
            <w:r w:rsidRPr="00E97921">
              <w:rPr>
                <w:rFonts w:cs="Times New Roman (Body CS)"/>
                <w:sz w:val="22"/>
              </w:rPr>
              <w:t>IMPORTANT: If you are happy with your child's original portrait, please do not request a retake simply to try for another pose or expression. Once your child is photographed on retake day, the original portrait cannot be used for a new order.</w:t>
            </w:r>
          </w:p>
        </w:tc>
      </w:tr>
      <w:tr w:rsidR="00456540" w:rsidRPr="00E97921" w14:paraId="7F600ADF" w14:textId="77777777">
        <w:trPr>
          <w:jc w:val="center"/>
        </w:trPr>
        <w:tc>
          <w:tcPr>
            <w:tcW w:w="5472" w:type="dxa"/>
            <w:shd w:val="clear" w:color="auto" w:fill="E7E7E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15623EF" w14:textId="77777777" w:rsidR="00456540" w:rsidRPr="00E97921" w:rsidRDefault="00720EB9">
            <w:pPr>
              <w:jc w:val="center"/>
              <w:rPr>
                <w:rFonts w:cs="Times New Roman (Body CS)"/>
                <w:sz w:val="22"/>
              </w:rPr>
            </w:pPr>
            <w:r w:rsidRPr="00E97921">
              <w:rPr>
                <w:rFonts w:cs="Times New Roman (Body CS)"/>
                <w:sz w:val="22"/>
              </w:rPr>
              <w:t>FREE CLASS PHOTO</w:t>
            </w:r>
          </w:p>
        </w:tc>
        <w:tc>
          <w:tcPr>
            <w:tcW w:w="5472" w:type="dxa"/>
            <w:shd w:val="clear" w:color="auto" w:fill="E7E7E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0AD31E6" w14:textId="77777777" w:rsidR="00456540" w:rsidRPr="00E97921" w:rsidRDefault="00720EB9">
            <w:pPr>
              <w:jc w:val="center"/>
              <w:rPr>
                <w:rFonts w:cs="Times New Roman (Body CS)"/>
                <w:sz w:val="22"/>
              </w:rPr>
            </w:pPr>
            <w:r w:rsidRPr="00E97921">
              <w:rPr>
                <w:rFonts w:cs="Times New Roman (Body CS)"/>
                <w:sz w:val="22"/>
              </w:rPr>
              <w:t>FAMILY DEAL</w:t>
            </w:r>
          </w:p>
        </w:tc>
      </w:tr>
      <w:tr w:rsidR="00456540" w:rsidRPr="00E97921" w14:paraId="18E58EB1" w14:textId="77777777">
        <w:trPr>
          <w:jc w:val="center"/>
        </w:trPr>
        <w:tc>
          <w:tcPr>
            <w:tcW w:w="547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28E0C0E" w14:textId="77777777" w:rsidR="00456540" w:rsidRPr="00E97921" w:rsidRDefault="00720EB9">
            <w:pPr>
              <w:jc w:val="center"/>
              <w:rPr>
                <w:rFonts w:cs="Times New Roman (Body CS)"/>
                <w:sz w:val="22"/>
              </w:rPr>
            </w:pPr>
            <w:r w:rsidRPr="00E97921">
              <w:rPr>
                <w:rFonts w:cs="Times New Roman (Body CS)"/>
                <w:sz w:val="22"/>
              </w:rPr>
              <w:t>EVERY STUDENT RECEIVES ONE CLASS PHOTO FREE!</w:t>
            </w:r>
            <w:r w:rsidRPr="00E97921">
              <w:rPr>
                <w:rFonts w:cs="Times New Roman (Body CS)"/>
                <w:sz w:val="22"/>
              </w:rPr>
              <w:br/>
              <w:t>A special keepsake of your child's class and school year.</w:t>
            </w:r>
          </w:p>
        </w:tc>
        <w:tc>
          <w:tcPr>
            <w:tcW w:w="547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E713AB2" w14:textId="54643830" w:rsidR="00456540" w:rsidRPr="00E97921" w:rsidRDefault="00720EB9">
            <w:pPr>
              <w:jc w:val="center"/>
              <w:rPr>
                <w:rFonts w:cs="Times New Roman (Body CS)"/>
                <w:sz w:val="22"/>
              </w:rPr>
            </w:pPr>
            <w:r w:rsidRPr="00E97921">
              <w:rPr>
                <w:rFonts w:cs="Times New Roman (Body CS)"/>
                <w:sz w:val="22"/>
              </w:rPr>
              <w:t>SAVE 14%</w:t>
            </w:r>
            <w:r w:rsidRPr="00E97921">
              <w:rPr>
                <w:rFonts w:cs="Times New Roman (Body CS)"/>
                <w:sz w:val="22"/>
              </w:rPr>
              <w:br/>
              <w:t>Families with 3 or more children photographed by Adams Photography Inc. receive 14% off their total order.</w:t>
            </w:r>
            <w:r w:rsidRPr="00E97921">
              <w:rPr>
                <w:rFonts w:cs="Times New Roman (Body CS)"/>
                <w:sz w:val="22"/>
              </w:rPr>
              <w:br/>
              <w:t>Contact our studio for your family discount code.</w:t>
            </w:r>
            <w:r w:rsidRPr="00E97921">
              <w:rPr>
                <w:rFonts w:cs="Times New Roman (Body CS)"/>
                <w:sz w:val="22"/>
              </w:rPr>
              <w:br/>
              <w:t>Children may attend different schools, provided those schools are photographed by Adams Photography Inc.</w:t>
            </w:r>
          </w:p>
        </w:tc>
      </w:tr>
    </w:tbl>
    <w:p w14:paraId="399FCF7A" w14:textId="77777777" w:rsidR="00456540" w:rsidRDefault="00720EB9">
      <w:pPr>
        <w:spacing w:after="40"/>
        <w:jc w:val="center"/>
        <w:rPr>
          <w:rFonts w:cs="Times New Roman (Body CS)"/>
          <w:sz w:val="22"/>
        </w:rPr>
      </w:pPr>
      <w:r w:rsidRPr="00E97921">
        <w:rPr>
          <w:rFonts w:cs="Times New Roman (Body CS)"/>
          <w:sz w:val="22"/>
        </w:rPr>
        <w:t>QUESTIONS? WE'RE HERE TO HELP!</w:t>
      </w:r>
    </w:p>
    <w:p w14:paraId="4F975813" w14:textId="7C1AA245" w:rsidR="00472E0E" w:rsidRPr="00E97921" w:rsidRDefault="00472E0E" w:rsidP="00472E0E">
      <w:pPr>
        <w:spacing w:after="20"/>
        <w:jc w:val="center"/>
        <w:rPr>
          <w:rFonts w:cs="Times New Roman (Body CS)"/>
          <w:sz w:val="22"/>
        </w:rPr>
      </w:pPr>
      <w:r>
        <w:rPr>
          <w:rFonts w:cs="Times New Roman (Body CS)"/>
          <w:sz w:val="22"/>
        </w:rPr>
        <w:t>1088 Cole Harbour Rd,</w:t>
      </w:r>
      <w:r w:rsidRPr="00E97921">
        <w:rPr>
          <w:rFonts w:cs="Times New Roman (Body CS)"/>
          <w:sz w:val="22"/>
        </w:rPr>
        <w:t xml:space="preserve"> Dartmouth, Nova Scotia </w:t>
      </w:r>
    </w:p>
    <w:p w14:paraId="3198D7B0" w14:textId="77777777" w:rsidR="00472E0E" w:rsidRPr="00E97921" w:rsidRDefault="00472E0E">
      <w:pPr>
        <w:spacing w:after="40"/>
        <w:jc w:val="center"/>
        <w:rPr>
          <w:rFonts w:cs="Times New Roman (Body CS)"/>
          <w:sz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472"/>
        <w:gridCol w:w="5472"/>
      </w:tblGrid>
      <w:tr w:rsidR="00456540" w:rsidRPr="00E97921" w14:paraId="587381AD" w14:textId="77777777">
        <w:trPr>
          <w:jc w:val="center"/>
        </w:trPr>
        <w:tc>
          <w:tcPr>
            <w:tcW w:w="5472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2E7577B" w14:textId="77777777" w:rsidR="00456540" w:rsidRPr="00E97921" w:rsidRDefault="00720EB9">
            <w:pPr>
              <w:jc w:val="center"/>
              <w:rPr>
                <w:rFonts w:cs="Times New Roman (Body CS)"/>
                <w:sz w:val="22"/>
              </w:rPr>
            </w:pPr>
            <w:r w:rsidRPr="00E97921">
              <w:rPr>
                <w:rFonts w:cs="Times New Roman (Body CS)"/>
                <w:sz w:val="22"/>
              </w:rPr>
              <w:t>902-434-0558</w:t>
            </w:r>
            <w:r w:rsidRPr="00E97921">
              <w:rPr>
                <w:rFonts w:cs="Times New Roman (Body CS)"/>
                <w:sz w:val="22"/>
              </w:rPr>
              <w:br/>
              <w:t>schools@adamsphotography.ca</w:t>
            </w:r>
          </w:p>
        </w:tc>
        <w:tc>
          <w:tcPr>
            <w:tcW w:w="5472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013F38F" w14:textId="77777777" w:rsidR="00456540" w:rsidRPr="00E97921" w:rsidRDefault="00720EB9">
            <w:pPr>
              <w:jc w:val="center"/>
              <w:rPr>
                <w:rFonts w:cs="Times New Roman (Body CS)"/>
                <w:sz w:val="22"/>
              </w:rPr>
            </w:pPr>
            <w:r w:rsidRPr="00E97921">
              <w:rPr>
                <w:rFonts w:cs="Times New Roman (Body CS)"/>
                <w:sz w:val="22"/>
              </w:rPr>
              <w:t>www.adamsphotography.ca</w:t>
            </w:r>
            <w:r w:rsidRPr="00E97921">
              <w:rPr>
                <w:rFonts w:cs="Times New Roman (Body CS)"/>
                <w:sz w:val="22"/>
              </w:rPr>
              <w:br/>
              <w:t>Adams Photography Inc.</w:t>
            </w:r>
          </w:p>
        </w:tc>
      </w:tr>
    </w:tbl>
    <w:p w14:paraId="6242A3AF" w14:textId="77777777" w:rsidR="00456540" w:rsidRPr="00E97921" w:rsidRDefault="00720EB9">
      <w:pPr>
        <w:spacing w:after="0"/>
        <w:jc w:val="center"/>
        <w:rPr>
          <w:rFonts w:cs="Times New Roman (Body CS)"/>
          <w:sz w:val="22"/>
        </w:rPr>
      </w:pPr>
      <w:r w:rsidRPr="00E97921">
        <w:rPr>
          <w:rFonts w:cs="Times New Roman (Body CS)"/>
          <w:sz w:val="22"/>
        </w:rPr>
        <w:t>Thank you for choosing Adams Photography Inc. — We look forward to capturing your child's school memories!</w:t>
      </w:r>
    </w:p>
    <w:p w14:paraId="069F22AC" w14:textId="49AAA6B0" w:rsidR="00E97921" w:rsidRPr="00E97921" w:rsidRDefault="00E97921">
      <w:pPr>
        <w:spacing w:after="0"/>
        <w:jc w:val="center"/>
        <w:rPr>
          <w:rFonts w:cs="Times New Roman (Body CS)"/>
          <w:sz w:val="22"/>
        </w:rPr>
      </w:pPr>
    </w:p>
    <w:sectPr w:rsidR="00E97921" w:rsidRPr="00E97921" w:rsidSect="00034616">
      <w:pgSz w:w="12240" w:h="15840"/>
      <w:pgMar w:top="504" w:right="648" w:bottom="504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Times New Roman (Body CS)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97191863">
    <w:abstractNumId w:val="8"/>
  </w:num>
  <w:num w:numId="2" w16cid:durableId="650525700">
    <w:abstractNumId w:val="6"/>
  </w:num>
  <w:num w:numId="3" w16cid:durableId="434445320">
    <w:abstractNumId w:val="5"/>
  </w:num>
  <w:num w:numId="4" w16cid:durableId="2051025969">
    <w:abstractNumId w:val="4"/>
  </w:num>
  <w:num w:numId="5" w16cid:durableId="514879824">
    <w:abstractNumId w:val="7"/>
  </w:num>
  <w:num w:numId="6" w16cid:durableId="807668138">
    <w:abstractNumId w:val="3"/>
  </w:num>
  <w:num w:numId="7" w16cid:durableId="577909678">
    <w:abstractNumId w:val="2"/>
  </w:num>
  <w:num w:numId="8" w16cid:durableId="930547184">
    <w:abstractNumId w:val="1"/>
  </w:num>
  <w:num w:numId="9" w16cid:durableId="512571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B7826"/>
    <w:rsid w:val="001C790B"/>
    <w:rsid w:val="001F37BF"/>
    <w:rsid w:val="00206619"/>
    <w:rsid w:val="0029639D"/>
    <w:rsid w:val="002C0C83"/>
    <w:rsid w:val="00326F90"/>
    <w:rsid w:val="003821FB"/>
    <w:rsid w:val="003F644D"/>
    <w:rsid w:val="00456540"/>
    <w:rsid w:val="00472E0E"/>
    <w:rsid w:val="00515B3C"/>
    <w:rsid w:val="00615708"/>
    <w:rsid w:val="006C45EA"/>
    <w:rsid w:val="00720EB9"/>
    <w:rsid w:val="00747940"/>
    <w:rsid w:val="00797198"/>
    <w:rsid w:val="007B64AC"/>
    <w:rsid w:val="008B7827"/>
    <w:rsid w:val="009F6B57"/>
    <w:rsid w:val="00AA1D8D"/>
    <w:rsid w:val="00B47730"/>
    <w:rsid w:val="00C60C77"/>
    <w:rsid w:val="00CB0664"/>
    <w:rsid w:val="00E97921"/>
    <w:rsid w:val="00ED3E7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3C6E461"/>
  <w14:defaultImageDpi w14:val="300"/>
  <w15:docId w15:val="{80A82881-E9CB-5440-8400-C615A87F4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Paul Adams</cp:lastModifiedBy>
  <cp:revision>2</cp:revision>
  <cp:lastPrinted>2026-08-31T16:06:00Z</cp:lastPrinted>
  <dcterms:created xsi:type="dcterms:W3CDTF">2026-09-14T14:26:00Z</dcterms:created>
  <dcterms:modified xsi:type="dcterms:W3CDTF">2026-09-14T14:26:00Z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-1980636181</vt:i4>
  </property>
</Properties>
</file>